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5CCF5" w14:textId="77777777" w:rsidR="009757BA" w:rsidRDefault="009757BA"/>
    <w:p w14:paraId="5FC1CC86" w14:textId="3A70059B" w:rsidR="00144E43" w:rsidRPr="00144E43" w:rsidRDefault="00144E43" w:rsidP="00144E43">
      <w:r w:rsidRPr="00144E43">
        <w:t>El presente formato se proporciona únicamente como una herramienta de apoyo para facilitar la presentación de su denuncia. Su uso es opcional.</w:t>
      </w:r>
      <w:r w:rsidR="00FC0A8D">
        <w:t xml:space="preserve"> </w:t>
      </w:r>
      <w:r w:rsidRPr="00144E43">
        <w:t>Si lo prefiere, puede presentar su denuncia en formato libre, incluyendo la información y detalles que considere relevantes para su adecuada revisión.</w:t>
      </w:r>
      <w:r w:rsidR="00FC0A8D">
        <w:t xml:space="preserve"> </w:t>
      </w:r>
      <w:r w:rsidRPr="00144E43">
        <w:t xml:space="preserve">El formato llenado o la denuncia en formato libre deberá enviarse al correo electrónico: </w:t>
      </w:r>
      <w:r w:rsidR="005966F9" w:rsidRPr="005966F9">
        <w:t>denuncias@korimatech.com.mx</w:t>
      </w:r>
    </w:p>
    <w:p w14:paraId="2BB7ABF2" w14:textId="3255C43D" w:rsidR="00144E43" w:rsidRDefault="00144E43">
      <w:r w:rsidRPr="00144E43">
        <w:t>La información recibida será tratada de manera confidencial y conforme a las políticas internas de la empresa.</w:t>
      </w:r>
    </w:p>
    <w:tbl>
      <w:tblPr>
        <w:tblW w:w="10414" w:type="dxa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4320"/>
        <w:gridCol w:w="2883"/>
        <w:gridCol w:w="43"/>
      </w:tblGrid>
      <w:tr w:rsidR="00AA7921" w14:paraId="06804ACE" w14:textId="77777777" w:rsidTr="00FC0A8D">
        <w:trPr>
          <w:gridAfter w:val="1"/>
          <w:wAfter w:w="43" w:type="dxa"/>
          <w:cantSplit/>
          <w:jc w:val="center"/>
        </w:trPr>
        <w:tc>
          <w:tcPr>
            <w:tcW w:w="7488" w:type="dxa"/>
            <w:gridSpan w:val="2"/>
            <w:tcBorders>
              <w:bottom w:val="single" w:sz="4" w:space="0" w:color="B7C3D0"/>
            </w:tcBorders>
            <w:shd w:val="clear" w:color="auto" w:fill="F4F6F8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070CFFD7" w14:textId="2832EE4F" w:rsidR="00AA7921" w:rsidRPr="009757BA" w:rsidRDefault="00FD7393">
            <w:pPr>
              <w:spacing w:after="0"/>
            </w:pPr>
            <w:r>
              <w:rPr>
                <w:sz w:val="18"/>
                <w:szCs w:val="18"/>
              </w:rPr>
              <w:t>Formato</w:t>
            </w:r>
            <w:r w:rsidR="3EE0BBF3" w:rsidRPr="1D3003B8">
              <w:rPr>
                <w:sz w:val="18"/>
                <w:szCs w:val="18"/>
              </w:rPr>
              <w:t xml:space="preserve"> para reportar posibles incumplimientos al Código de Conducta, políticas internas o legislación aplicable.</w:t>
            </w:r>
          </w:p>
        </w:tc>
        <w:tc>
          <w:tcPr>
            <w:tcW w:w="2883" w:type="dxa"/>
            <w:tcBorders>
              <w:bottom w:val="single" w:sz="4" w:space="0" w:color="B7C3D0"/>
            </w:tcBorders>
            <w:shd w:val="clear" w:color="auto" w:fill="F4F6F8"/>
            <w:tcMar>
              <w:top w:w="90" w:type="dxa"/>
              <w:left w:w="160" w:type="dxa"/>
              <w:bottom w:w="90" w:type="dxa"/>
              <w:right w:w="160" w:type="dxa"/>
            </w:tcMar>
          </w:tcPr>
          <w:p w14:paraId="18BF85E4" w14:textId="77777777" w:rsidR="00AA7921" w:rsidRDefault="3EE0BBF3">
            <w:pPr>
              <w:spacing w:after="0"/>
              <w:jc w:val="center"/>
            </w:pPr>
            <w:r w:rsidRPr="1D3003B8">
              <w:rPr>
                <w:b/>
                <w:bCs/>
                <w:color w:val="9B8AC4"/>
                <w:sz w:val="17"/>
                <w:szCs w:val="17"/>
              </w:rPr>
              <w:t>Documento confidencial</w:t>
            </w:r>
          </w:p>
        </w:tc>
      </w:tr>
      <w:tr w:rsidR="00AA7921" w14:paraId="635826CD" w14:textId="77777777" w:rsidTr="00FC0A8D">
        <w:trPr>
          <w:cantSplit/>
          <w:jc w:val="center"/>
        </w:trPr>
        <w:tc>
          <w:tcPr>
            <w:tcW w:w="3168" w:type="dxa"/>
            <w:tcBorders>
              <w:bottom w:val="single" w:sz="4" w:space="0" w:color="B7C3D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2C2858D" w14:textId="77777777" w:rsidR="00AA7921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7"/>
                <w:szCs w:val="17"/>
              </w:rPr>
              <w:t xml:space="preserve">Folio: </w:t>
            </w:r>
            <w:r w:rsidRPr="1D3003B8">
              <w:rPr>
                <w:sz w:val="18"/>
                <w:szCs w:val="18"/>
              </w:rPr>
              <w:t>________________</w:t>
            </w:r>
          </w:p>
        </w:tc>
        <w:tc>
          <w:tcPr>
            <w:tcW w:w="4320" w:type="dxa"/>
            <w:tcBorders>
              <w:bottom w:val="single" w:sz="4" w:space="0" w:color="B7C3D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B8A14FC" w14:textId="77777777" w:rsidR="00AA7921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7"/>
                <w:szCs w:val="17"/>
              </w:rPr>
              <w:t xml:space="preserve">Fecha de recepción: </w:t>
            </w:r>
            <w:r w:rsidRPr="1D3003B8">
              <w:rPr>
                <w:sz w:val="18"/>
                <w:szCs w:val="18"/>
              </w:rPr>
              <w:t>____ / ____ / ______</w:t>
            </w:r>
          </w:p>
        </w:tc>
        <w:tc>
          <w:tcPr>
            <w:tcW w:w="2926" w:type="dxa"/>
            <w:gridSpan w:val="2"/>
            <w:tcBorders>
              <w:bottom w:val="single" w:sz="4" w:space="0" w:color="B7C3D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B54128A" w14:textId="77777777" w:rsidR="00AA7921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7"/>
                <w:szCs w:val="17"/>
              </w:rPr>
              <w:t xml:space="preserve">Canal: </w:t>
            </w:r>
            <w:r w:rsidRPr="1D3003B8">
              <w:rPr>
                <w:sz w:val="18"/>
                <w:szCs w:val="18"/>
              </w:rPr>
              <w:t>________________</w:t>
            </w:r>
          </w:p>
        </w:tc>
      </w:tr>
    </w:tbl>
    <w:p w14:paraId="47D56B40" w14:textId="77777777" w:rsidR="00AA7921" w:rsidRPr="009757BA" w:rsidRDefault="3EE0BBF3">
      <w:pPr>
        <w:spacing w:before="100" w:after="140"/>
      </w:pPr>
      <w:r w:rsidRPr="1D3003B8">
        <w:rPr>
          <w:b/>
          <w:bCs/>
          <w:color w:val="9B8AC4"/>
          <w:sz w:val="18"/>
          <w:szCs w:val="18"/>
        </w:rPr>
        <w:t xml:space="preserve">Importante: </w:t>
      </w:r>
      <w:r w:rsidRPr="1D3003B8">
        <w:rPr>
          <w:color w:val="4E5963"/>
          <w:sz w:val="18"/>
          <w:szCs w:val="18"/>
        </w:rPr>
        <w:t>La información será tratada de manera confidencial. La persona denunciante puede optar por identificarse o presentar el reporte de forma anónima. La empresa prohíbe represalias contra quien reporte de buena fe o colabore en una investigación.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AA7921" w:rsidRPr="009757BA" w14:paraId="14509FBA" w14:textId="77777777" w:rsidTr="1D3003B8">
        <w:trPr>
          <w:cantSplit/>
          <w:jc w:val="center"/>
        </w:trPr>
        <w:tc>
          <w:tcPr>
            <w:tcW w:w="10368" w:type="dxa"/>
            <w:shd w:val="clear" w:color="auto" w:fill="9B8AC4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61805BDA" w14:textId="77777777" w:rsidR="00AA7921" w:rsidRPr="009757BA" w:rsidRDefault="3EE0BBF3">
            <w:pPr>
              <w:spacing w:after="0"/>
            </w:pPr>
            <w:r w:rsidRPr="1D3003B8">
              <w:rPr>
                <w:b/>
                <w:bCs/>
                <w:color w:val="FFFFFF" w:themeColor="background1"/>
                <w:sz w:val="22"/>
                <w:szCs w:val="22"/>
              </w:rPr>
              <w:t>1. DATOS DE LA PERSONA DENUNCIANTE</w:t>
            </w:r>
          </w:p>
        </w:tc>
      </w:tr>
    </w:tbl>
    <w:p w14:paraId="740C5AC4" w14:textId="77777777" w:rsidR="00AA7921" w:rsidRPr="009757BA" w:rsidRDefault="00AA7921">
      <w:pPr>
        <w:spacing w:after="20"/>
      </w:pPr>
    </w:p>
    <w:p w14:paraId="1902F3E3" w14:textId="77777777" w:rsidR="00AA7921" w:rsidRPr="009757BA" w:rsidRDefault="3EE0BBF3">
      <w:pPr>
        <w:spacing w:after="60"/>
      </w:pPr>
      <w:r w:rsidRPr="1D3003B8">
        <w:rPr>
          <w:color w:val="606A73"/>
          <w:sz w:val="18"/>
          <w:szCs w:val="18"/>
        </w:rPr>
        <w:t>Puede omitir esta sección si desea presentar la denuncia de forma anónima.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A7921" w14:paraId="4C60CCA2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53077C" w14:textId="77777777" w:rsidR="00AA7921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9"/>
                <w:szCs w:val="19"/>
              </w:rPr>
              <w:t>Nombre completo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952E67C" w14:textId="77777777" w:rsidR="00AA7921" w:rsidRDefault="00AA7921">
            <w:pPr>
              <w:spacing w:after="0"/>
            </w:pPr>
          </w:p>
        </w:tc>
      </w:tr>
      <w:tr w:rsidR="00AA7921" w14:paraId="60C2C173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97356C" w14:textId="77777777" w:rsidR="00AA7921" w:rsidRDefault="000F053D">
            <w:pPr>
              <w:spacing w:after="0"/>
            </w:pPr>
            <w:r>
              <w:rPr>
                <w:b/>
                <w:color w:val="9B8AC4"/>
                <w:sz w:val="19"/>
              </w:rPr>
              <w:t>Área / Departamento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BE95085" w14:textId="77777777" w:rsidR="00AA7921" w:rsidRDefault="00AA7921">
            <w:pPr>
              <w:spacing w:after="0"/>
            </w:pPr>
          </w:p>
        </w:tc>
      </w:tr>
      <w:tr w:rsidR="00AA7921" w14:paraId="147FC6F2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844F64" w14:textId="77777777" w:rsidR="00AA7921" w:rsidRDefault="000F053D">
            <w:pPr>
              <w:spacing w:after="0"/>
            </w:pPr>
            <w:r>
              <w:rPr>
                <w:b/>
                <w:color w:val="9B8AC4"/>
                <w:sz w:val="19"/>
              </w:rPr>
              <w:t>Puesto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0E67769" w14:textId="77777777" w:rsidR="00AA7921" w:rsidRDefault="00AA7921">
            <w:pPr>
              <w:spacing w:after="0"/>
            </w:pPr>
          </w:p>
        </w:tc>
      </w:tr>
      <w:tr w:rsidR="00AA7921" w14:paraId="6DB33559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FFF68D" w14:textId="77777777" w:rsidR="00AA7921" w:rsidRDefault="000F053D">
            <w:pPr>
              <w:spacing w:after="0"/>
            </w:pPr>
            <w:r>
              <w:rPr>
                <w:b/>
                <w:color w:val="9B8AC4"/>
                <w:sz w:val="19"/>
              </w:rPr>
              <w:t>Teléfono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AA24162" w14:textId="77777777" w:rsidR="00AA7921" w:rsidRDefault="00AA7921">
            <w:pPr>
              <w:spacing w:after="0"/>
            </w:pPr>
          </w:p>
        </w:tc>
      </w:tr>
      <w:tr w:rsidR="00AA7921" w14:paraId="7C2D7C06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1294FD" w14:textId="77777777" w:rsidR="00AA7921" w:rsidRDefault="000F053D">
            <w:pPr>
              <w:spacing w:after="0"/>
            </w:pPr>
            <w:r>
              <w:rPr>
                <w:b/>
                <w:color w:val="9B8AC4"/>
                <w:sz w:val="19"/>
              </w:rPr>
              <w:t>Correo electrónico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EA78EA" w14:textId="77777777" w:rsidR="00AA7921" w:rsidRDefault="00AA7921">
            <w:pPr>
              <w:spacing w:after="0"/>
            </w:pPr>
          </w:p>
        </w:tc>
      </w:tr>
    </w:tbl>
    <w:p w14:paraId="77FBFC45" w14:textId="77777777" w:rsidR="00AA7921" w:rsidRDefault="000F053D">
      <w:pPr>
        <w:spacing w:before="80" w:after="40"/>
      </w:pPr>
      <w:r>
        <w:rPr>
          <w:b/>
          <w:sz w:val="19"/>
        </w:rPr>
        <w:t>Preferencia de identificación:</w:t>
      </w:r>
    </w:p>
    <w:tbl>
      <w:tblPr>
        <w:tblW w:w="10549" w:type="dxa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301"/>
        <w:gridCol w:w="64"/>
      </w:tblGrid>
      <w:tr w:rsidR="00AA7921" w14:paraId="03DE2C0B" w14:textId="77777777" w:rsidTr="00FC0A8D">
        <w:trPr>
          <w:gridAfter w:val="1"/>
          <w:wAfter w:w="64" w:type="dxa"/>
          <w:cantSplit/>
          <w:jc w:val="center"/>
        </w:trPr>
        <w:tc>
          <w:tcPr>
            <w:tcW w:w="5184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909DA48" w14:textId="77777777" w:rsidR="00AA7921" w:rsidRDefault="000F053D">
            <w:pPr>
              <w:spacing w:after="0"/>
            </w:pPr>
            <w:r>
              <w:rPr>
                <w:rFonts w:ascii="DejaVu Sans" w:hAnsi="DejaVu Sans"/>
                <w:sz w:val="22"/>
              </w:rPr>
              <w:t xml:space="preserve">☐ </w:t>
            </w:r>
            <w:r>
              <w:rPr>
                <w:sz w:val="19"/>
              </w:rPr>
              <w:t>Denuncia anónima</w:t>
            </w:r>
          </w:p>
        </w:tc>
        <w:tc>
          <w:tcPr>
            <w:tcW w:w="5301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A07AF55" w14:textId="77777777" w:rsidR="00AA7921" w:rsidRDefault="000F053D">
            <w:pPr>
              <w:spacing w:after="0"/>
            </w:pPr>
            <w:r>
              <w:rPr>
                <w:rFonts w:ascii="DejaVu Sans" w:hAnsi="DejaVu Sans"/>
                <w:sz w:val="22"/>
              </w:rPr>
              <w:t xml:space="preserve">☐ </w:t>
            </w:r>
            <w:r>
              <w:rPr>
                <w:sz w:val="19"/>
              </w:rPr>
              <w:t>Identidad confidencial</w:t>
            </w:r>
          </w:p>
        </w:tc>
      </w:tr>
      <w:tr w:rsidR="00AA7921" w:rsidRPr="009757BA" w14:paraId="6301827A" w14:textId="77777777" w:rsidTr="00FC0A8D">
        <w:trPr>
          <w:gridAfter w:val="1"/>
          <w:wAfter w:w="64" w:type="dxa"/>
          <w:cantSplit/>
          <w:jc w:val="center"/>
        </w:trPr>
        <w:tc>
          <w:tcPr>
            <w:tcW w:w="5184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D4C6581" w14:textId="77777777" w:rsidR="00AA7921" w:rsidRPr="009757BA" w:rsidRDefault="3EE0BBF3">
            <w:pPr>
              <w:spacing w:after="0"/>
            </w:pPr>
            <w:r w:rsidRPr="1D3003B8">
              <w:rPr>
                <w:rFonts w:ascii="DejaVu Sans" w:hAnsi="DejaVu Sans"/>
                <w:sz w:val="22"/>
                <w:szCs w:val="22"/>
              </w:rPr>
              <w:t xml:space="preserve">☐ </w:t>
            </w:r>
            <w:r w:rsidRPr="1D3003B8">
              <w:rPr>
                <w:sz w:val="19"/>
                <w:szCs w:val="19"/>
              </w:rPr>
              <w:t>Puede contactárseme para ampliar información</w:t>
            </w:r>
          </w:p>
        </w:tc>
        <w:tc>
          <w:tcPr>
            <w:tcW w:w="5301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6DEF8F3" w14:textId="77777777" w:rsidR="00AA7921" w:rsidRPr="009757BA" w:rsidRDefault="00AA7921">
            <w:pPr>
              <w:spacing w:after="0"/>
            </w:pPr>
          </w:p>
        </w:tc>
      </w:tr>
      <w:tr w:rsidR="00AA7921" w:rsidRPr="009757BA" w14:paraId="7020AE51" w14:textId="77777777" w:rsidTr="00FC0A8D">
        <w:trPr>
          <w:cantSplit/>
          <w:jc w:val="center"/>
        </w:trPr>
        <w:tc>
          <w:tcPr>
            <w:tcW w:w="10549" w:type="dxa"/>
            <w:gridSpan w:val="3"/>
            <w:shd w:val="clear" w:color="auto" w:fill="9B8AC4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4BF77A6E" w14:textId="77777777" w:rsidR="00AA7921" w:rsidRPr="009757BA" w:rsidRDefault="3EE0BBF3">
            <w:pPr>
              <w:spacing w:after="0"/>
            </w:pPr>
            <w:r w:rsidRPr="1D3003B8">
              <w:rPr>
                <w:b/>
                <w:bCs/>
                <w:color w:val="FFFFFF" w:themeColor="background1"/>
                <w:sz w:val="22"/>
                <w:szCs w:val="22"/>
              </w:rPr>
              <w:t>2. PERSONA, ÁREA O SITUACIÓN INVOLUCRADA</w:t>
            </w:r>
          </w:p>
        </w:tc>
      </w:tr>
    </w:tbl>
    <w:p w14:paraId="30CC49E5" w14:textId="77777777" w:rsidR="00AA7921" w:rsidRPr="009757BA" w:rsidRDefault="00AA792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  <w:gridCol w:w="82"/>
      </w:tblGrid>
      <w:tr w:rsidR="00AA7921" w:rsidRPr="009757BA" w14:paraId="1590630F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3BA265" w14:textId="77777777" w:rsidR="00AA7921" w:rsidRPr="009757BA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9"/>
                <w:szCs w:val="19"/>
              </w:rPr>
              <w:t>Nombre de la persona involucrada</w:t>
            </w:r>
          </w:p>
        </w:tc>
        <w:tc>
          <w:tcPr>
            <w:tcW w:w="5184" w:type="dxa"/>
            <w:gridSpan w:val="2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D1CC1E" w14:textId="77777777" w:rsidR="00AA7921" w:rsidRPr="009757BA" w:rsidRDefault="00AA7921">
            <w:pPr>
              <w:spacing w:after="0"/>
            </w:pPr>
          </w:p>
        </w:tc>
      </w:tr>
      <w:tr w:rsidR="00AA7921" w14:paraId="26A03B71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34E6DA" w14:textId="77777777" w:rsidR="00AA7921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9"/>
                <w:szCs w:val="19"/>
              </w:rPr>
              <w:t>Puesto / Área</w:t>
            </w:r>
          </w:p>
        </w:tc>
        <w:tc>
          <w:tcPr>
            <w:tcW w:w="5184" w:type="dxa"/>
            <w:gridSpan w:val="2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892013" w14:textId="77777777" w:rsidR="00AA7921" w:rsidRDefault="00AA7921">
            <w:pPr>
              <w:spacing w:after="0"/>
            </w:pPr>
          </w:p>
        </w:tc>
      </w:tr>
      <w:tr w:rsidR="00AA7921" w14:paraId="70D7DA66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151CEA" w14:textId="77777777" w:rsidR="00AA7921" w:rsidRDefault="000F053D">
            <w:pPr>
              <w:spacing w:after="0"/>
            </w:pPr>
            <w:r>
              <w:rPr>
                <w:b/>
                <w:color w:val="9B8AC4"/>
                <w:sz w:val="19"/>
              </w:rPr>
              <w:t>Otras personas involucradas</w:t>
            </w:r>
          </w:p>
        </w:tc>
        <w:tc>
          <w:tcPr>
            <w:tcW w:w="5184" w:type="dxa"/>
            <w:gridSpan w:val="2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032610" w14:textId="77777777" w:rsidR="00AA7921" w:rsidRDefault="00AA7921">
            <w:pPr>
              <w:spacing w:after="0"/>
            </w:pPr>
          </w:p>
        </w:tc>
      </w:tr>
      <w:tr w:rsidR="00AA7921" w14:paraId="1B895942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E269CD" w14:textId="77777777" w:rsidR="00AA7921" w:rsidRDefault="000F053D">
            <w:pPr>
              <w:spacing w:after="0"/>
            </w:pPr>
            <w:r>
              <w:rPr>
                <w:b/>
                <w:color w:val="9B8AC4"/>
                <w:sz w:val="19"/>
              </w:rPr>
              <w:t>Relación con la empresa</w:t>
            </w:r>
          </w:p>
        </w:tc>
        <w:tc>
          <w:tcPr>
            <w:tcW w:w="5184" w:type="dxa"/>
            <w:gridSpan w:val="2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01AE52" w14:textId="77777777" w:rsidR="00AA7921" w:rsidRDefault="000F053D">
            <w:pPr>
              <w:spacing w:after="0"/>
            </w:pPr>
            <w:r>
              <w:rPr>
                <w:color w:val="606A73"/>
                <w:sz w:val="20"/>
              </w:rPr>
              <w:t>Colaborador / Cliente / Proveedor / Otro: ____________________</w:t>
            </w:r>
          </w:p>
        </w:tc>
      </w:tr>
      <w:tr w:rsidR="00AA7921" w14:paraId="3896B7D5" w14:textId="77777777" w:rsidTr="1D3003B8">
        <w:trPr>
          <w:gridAfter w:val="1"/>
          <w:wAfter w:w="82" w:type="dxa"/>
          <w:cantSplit/>
          <w:jc w:val="center"/>
        </w:trPr>
        <w:tc>
          <w:tcPr>
            <w:tcW w:w="10368" w:type="dxa"/>
            <w:gridSpan w:val="2"/>
            <w:shd w:val="clear" w:color="auto" w:fill="9B8AC4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7F31E7CE" w14:textId="77777777" w:rsidR="00AA7921" w:rsidRDefault="000F053D">
            <w:pPr>
              <w:spacing w:after="0"/>
            </w:pPr>
            <w:r>
              <w:rPr>
                <w:b/>
                <w:color w:val="FFFFFF"/>
                <w:sz w:val="22"/>
              </w:rPr>
              <w:t>3. CLASIFICACIÓN DE LA DENUNCIA</w:t>
            </w:r>
          </w:p>
        </w:tc>
      </w:tr>
    </w:tbl>
    <w:p w14:paraId="091732BC" w14:textId="77777777" w:rsidR="00AA7921" w:rsidRDefault="00AA792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  <w:gridCol w:w="117"/>
      </w:tblGrid>
      <w:tr w:rsidR="00AA7921" w14:paraId="6A4CD832" w14:textId="77777777" w:rsidTr="1D3003B8">
        <w:trPr>
          <w:cantSplit/>
          <w:jc w:val="center"/>
        </w:trPr>
        <w:tc>
          <w:tcPr>
            <w:tcW w:w="5184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A020D4B" w14:textId="77777777" w:rsidR="00AA7921" w:rsidRPr="009757BA" w:rsidRDefault="3EE0BBF3">
            <w:pPr>
              <w:spacing w:after="0"/>
            </w:pPr>
            <w:r w:rsidRPr="1D3003B8">
              <w:rPr>
                <w:rFonts w:ascii="DejaVu Sans" w:hAnsi="DejaVu Sans"/>
                <w:sz w:val="22"/>
                <w:szCs w:val="22"/>
              </w:rPr>
              <w:t xml:space="preserve">☐ </w:t>
            </w:r>
            <w:r w:rsidRPr="1D3003B8">
              <w:rPr>
                <w:sz w:val="19"/>
                <w:szCs w:val="19"/>
              </w:rPr>
              <w:t>Incumplimiento al Código de Conducta</w:t>
            </w:r>
          </w:p>
        </w:tc>
        <w:tc>
          <w:tcPr>
            <w:tcW w:w="5112" w:type="dxa"/>
            <w:gridSpan w:val="2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BC4DC87" w14:textId="77777777" w:rsidR="00AA7921" w:rsidRDefault="3EE0BBF3">
            <w:pPr>
              <w:spacing w:after="0"/>
            </w:pPr>
            <w:r w:rsidRPr="1D3003B8">
              <w:rPr>
                <w:rFonts w:ascii="DejaVu Sans" w:hAnsi="DejaVu Sans"/>
                <w:sz w:val="22"/>
                <w:szCs w:val="22"/>
              </w:rPr>
              <w:t xml:space="preserve">☐ </w:t>
            </w:r>
            <w:r w:rsidRPr="1D3003B8">
              <w:rPr>
                <w:sz w:val="19"/>
                <w:szCs w:val="19"/>
              </w:rPr>
              <w:t>Conflicto de interés</w:t>
            </w:r>
          </w:p>
        </w:tc>
      </w:tr>
      <w:tr w:rsidR="00AA7921" w14:paraId="65C6B1E9" w14:textId="77777777" w:rsidTr="1D3003B8">
        <w:trPr>
          <w:cantSplit/>
          <w:jc w:val="center"/>
        </w:trPr>
        <w:tc>
          <w:tcPr>
            <w:tcW w:w="5184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10ED600" w14:textId="77777777" w:rsidR="00AA7921" w:rsidRPr="009757BA" w:rsidRDefault="3EE0BBF3">
            <w:pPr>
              <w:spacing w:after="0"/>
            </w:pPr>
            <w:r w:rsidRPr="1D3003B8">
              <w:rPr>
                <w:rFonts w:ascii="DejaVu Sans" w:hAnsi="DejaVu Sans"/>
                <w:sz w:val="22"/>
                <w:szCs w:val="22"/>
              </w:rPr>
              <w:t xml:space="preserve">☐ </w:t>
            </w:r>
            <w:r w:rsidRPr="1D3003B8">
              <w:rPr>
                <w:sz w:val="19"/>
                <w:szCs w:val="19"/>
              </w:rPr>
              <w:t>Fraude o uso indebido de recursos</w:t>
            </w:r>
          </w:p>
        </w:tc>
        <w:tc>
          <w:tcPr>
            <w:tcW w:w="5112" w:type="dxa"/>
            <w:gridSpan w:val="2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1347DB0" w14:textId="77777777" w:rsidR="00AA7921" w:rsidRDefault="3EE0BBF3">
            <w:pPr>
              <w:spacing w:after="0"/>
            </w:pPr>
            <w:r w:rsidRPr="1D3003B8">
              <w:rPr>
                <w:rFonts w:ascii="DejaVu Sans" w:hAnsi="DejaVu Sans"/>
                <w:sz w:val="22"/>
                <w:szCs w:val="22"/>
              </w:rPr>
              <w:t xml:space="preserve">☐ </w:t>
            </w:r>
            <w:r w:rsidRPr="1D3003B8">
              <w:rPr>
                <w:sz w:val="19"/>
                <w:szCs w:val="19"/>
              </w:rPr>
              <w:t>Corrupción o soborno</w:t>
            </w:r>
          </w:p>
        </w:tc>
      </w:tr>
      <w:tr w:rsidR="00AA7921" w:rsidRPr="009757BA" w14:paraId="1A762A73" w14:textId="77777777" w:rsidTr="1D3003B8">
        <w:trPr>
          <w:cantSplit/>
          <w:jc w:val="center"/>
        </w:trPr>
        <w:tc>
          <w:tcPr>
            <w:tcW w:w="5184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2A423D8" w14:textId="77777777" w:rsidR="00AA7921" w:rsidRDefault="000F053D">
            <w:pPr>
              <w:spacing w:after="0"/>
            </w:pPr>
            <w:r>
              <w:rPr>
                <w:rFonts w:ascii="DejaVu Sans" w:hAnsi="DejaVu Sans"/>
                <w:sz w:val="22"/>
              </w:rPr>
              <w:t xml:space="preserve">☐ </w:t>
            </w:r>
            <w:r>
              <w:rPr>
                <w:sz w:val="19"/>
              </w:rPr>
              <w:t>Acoso, hostigamiento o discriminación</w:t>
            </w:r>
          </w:p>
        </w:tc>
        <w:tc>
          <w:tcPr>
            <w:tcW w:w="5112" w:type="dxa"/>
            <w:gridSpan w:val="2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3DFFD409" w14:textId="77777777" w:rsidR="00AA7921" w:rsidRPr="009757BA" w:rsidRDefault="3EE0BBF3">
            <w:pPr>
              <w:spacing w:after="0"/>
            </w:pPr>
            <w:r w:rsidRPr="1D3003B8">
              <w:rPr>
                <w:rFonts w:ascii="DejaVu Sans" w:hAnsi="DejaVu Sans"/>
                <w:sz w:val="22"/>
                <w:szCs w:val="22"/>
              </w:rPr>
              <w:t xml:space="preserve">☐ </w:t>
            </w:r>
            <w:r w:rsidRPr="1D3003B8">
              <w:rPr>
                <w:sz w:val="19"/>
                <w:szCs w:val="19"/>
              </w:rPr>
              <w:t>Seguridad o uso indebido de información</w:t>
            </w:r>
          </w:p>
        </w:tc>
      </w:tr>
      <w:tr w:rsidR="00AA7921" w:rsidRPr="009757BA" w14:paraId="443D3CE1" w14:textId="77777777" w:rsidTr="1D3003B8">
        <w:trPr>
          <w:cantSplit/>
          <w:jc w:val="center"/>
        </w:trPr>
        <w:tc>
          <w:tcPr>
            <w:tcW w:w="5184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24734B3" w14:textId="77777777" w:rsidR="00AA7921" w:rsidRDefault="3EE0BBF3">
            <w:pPr>
              <w:spacing w:after="0"/>
            </w:pPr>
            <w:r w:rsidRPr="1D3003B8">
              <w:rPr>
                <w:rFonts w:ascii="DejaVu Sans" w:hAnsi="DejaVu Sans"/>
                <w:sz w:val="22"/>
                <w:szCs w:val="22"/>
              </w:rPr>
              <w:lastRenderedPageBreak/>
              <w:t xml:space="preserve">☐ </w:t>
            </w:r>
            <w:r w:rsidRPr="1D3003B8">
              <w:rPr>
                <w:sz w:val="19"/>
                <w:szCs w:val="19"/>
              </w:rPr>
              <w:t>Incumplimiento de políticas internas</w:t>
            </w:r>
          </w:p>
        </w:tc>
        <w:tc>
          <w:tcPr>
            <w:tcW w:w="5112" w:type="dxa"/>
            <w:gridSpan w:val="2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0BD9656" w14:textId="77777777" w:rsidR="00AA7921" w:rsidRPr="009757BA" w:rsidRDefault="3EE0BBF3">
            <w:pPr>
              <w:spacing w:after="0"/>
            </w:pPr>
            <w:r w:rsidRPr="1D3003B8">
              <w:rPr>
                <w:rFonts w:ascii="DejaVu Sans" w:hAnsi="DejaVu Sans"/>
                <w:sz w:val="22"/>
                <w:szCs w:val="22"/>
              </w:rPr>
              <w:t xml:space="preserve">☐ </w:t>
            </w:r>
            <w:r w:rsidRPr="1D3003B8">
              <w:rPr>
                <w:sz w:val="19"/>
                <w:szCs w:val="19"/>
              </w:rPr>
              <w:t>Prácticas indebidas con clientes/proveedores</w:t>
            </w:r>
          </w:p>
        </w:tc>
      </w:tr>
      <w:tr w:rsidR="00AA7921" w14:paraId="7EFE4FF3" w14:textId="77777777" w:rsidTr="1D3003B8">
        <w:trPr>
          <w:cantSplit/>
          <w:jc w:val="center"/>
        </w:trPr>
        <w:tc>
          <w:tcPr>
            <w:tcW w:w="5184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C556332" w14:textId="77777777" w:rsidR="00AA7921" w:rsidRDefault="3EE0BBF3">
            <w:pPr>
              <w:spacing w:after="0"/>
            </w:pPr>
            <w:r w:rsidRPr="1D3003B8">
              <w:rPr>
                <w:rFonts w:ascii="DejaVu Sans" w:hAnsi="DejaVu Sans"/>
                <w:sz w:val="22"/>
                <w:szCs w:val="22"/>
              </w:rPr>
              <w:t xml:space="preserve">☐ </w:t>
            </w:r>
            <w:r w:rsidRPr="1D3003B8">
              <w:rPr>
                <w:sz w:val="19"/>
                <w:szCs w:val="19"/>
              </w:rPr>
              <w:t>Otro: __________________________________</w:t>
            </w:r>
          </w:p>
        </w:tc>
        <w:tc>
          <w:tcPr>
            <w:tcW w:w="5112" w:type="dxa"/>
            <w:gridSpan w:val="2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2CB5EBC" w14:textId="77777777" w:rsidR="00AA7921" w:rsidRDefault="00AA7921">
            <w:pPr>
              <w:spacing w:after="0"/>
            </w:pPr>
          </w:p>
        </w:tc>
      </w:tr>
      <w:tr w:rsidR="00AA7921" w14:paraId="3694A30A" w14:textId="77777777" w:rsidTr="1D3003B8">
        <w:trPr>
          <w:gridAfter w:val="1"/>
          <w:wAfter w:w="117" w:type="dxa"/>
          <w:cantSplit/>
          <w:jc w:val="center"/>
        </w:trPr>
        <w:tc>
          <w:tcPr>
            <w:tcW w:w="10368" w:type="dxa"/>
            <w:gridSpan w:val="2"/>
            <w:shd w:val="clear" w:color="auto" w:fill="9B8AC4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7D4E0EA4" w14:textId="77777777" w:rsidR="00AA7921" w:rsidRDefault="000F053D">
            <w:pPr>
              <w:spacing w:after="0"/>
            </w:pPr>
            <w:r>
              <w:rPr>
                <w:b/>
                <w:color w:val="FFFFFF"/>
                <w:sz w:val="22"/>
              </w:rPr>
              <w:t>4. DESCRIPCIÓN DE LOS HECHOS</w:t>
            </w:r>
          </w:p>
        </w:tc>
      </w:tr>
    </w:tbl>
    <w:p w14:paraId="7F3F7B0A" w14:textId="77777777" w:rsidR="00AA7921" w:rsidRDefault="00AA792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A7921" w:rsidRPr="009757BA" w14:paraId="0BC2FBFA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60289E" w14:textId="77777777" w:rsidR="00AA7921" w:rsidRPr="009757BA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9"/>
                <w:szCs w:val="19"/>
              </w:rPr>
              <w:t>Fecha aproximada de los hechos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030426" w14:textId="77777777" w:rsidR="00AA7921" w:rsidRPr="009757BA" w:rsidRDefault="00AA7921">
            <w:pPr>
              <w:spacing w:after="0"/>
            </w:pPr>
          </w:p>
        </w:tc>
      </w:tr>
      <w:tr w:rsidR="00AA7921" w14:paraId="3818C7E3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4954F3" w14:textId="77777777" w:rsidR="00AA7921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9"/>
                <w:szCs w:val="19"/>
              </w:rPr>
              <w:t>Lugar / Medio donde ocurrieron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4CD1C8" w14:textId="77777777" w:rsidR="00AA7921" w:rsidRDefault="00AA7921">
            <w:pPr>
              <w:spacing w:after="0"/>
            </w:pPr>
          </w:p>
        </w:tc>
      </w:tr>
    </w:tbl>
    <w:p w14:paraId="29B92E53" w14:textId="77777777" w:rsidR="00AA7921" w:rsidRPr="009757BA" w:rsidRDefault="3EE0BBF3">
      <w:pPr>
        <w:spacing w:after="40"/>
      </w:pPr>
      <w:r w:rsidRPr="1D3003B8">
        <w:rPr>
          <w:b/>
          <w:bCs/>
          <w:sz w:val="19"/>
          <w:szCs w:val="19"/>
        </w:rPr>
        <w:t>Describa qué ocurrió, cómo ocurrió, quiénes participaron y cualquier otro dato relevante: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AA7921" w:rsidRPr="009757BA" w14:paraId="7F5447C9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032FE58" w14:textId="77777777" w:rsidR="00AA7921" w:rsidRPr="009757BA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:rsidRPr="009757BA" w14:paraId="0CF5C72E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5F52F7B5" w14:textId="77777777" w:rsidR="00AA7921" w:rsidRPr="009757BA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:rsidRPr="009757BA" w14:paraId="72B22519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BE6DCD1" w14:textId="77777777" w:rsidR="00AA7921" w:rsidRPr="009757BA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:rsidRPr="009757BA" w14:paraId="1B668A4E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374634DB" w14:textId="77777777" w:rsidR="00AA7921" w:rsidRPr="009757BA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:rsidRPr="009757BA" w14:paraId="419F5165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7D49685" w14:textId="77777777" w:rsidR="00AA7921" w:rsidRPr="009757BA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</w:tbl>
    <w:p w14:paraId="18026ACF" w14:textId="77777777" w:rsidR="00AA7921" w:rsidRPr="009757BA" w:rsidRDefault="000F053D">
      <w: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AA7921" w14:paraId="2EC7D8CC" w14:textId="77777777">
        <w:trPr>
          <w:cantSplit/>
          <w:jc w:val="center"/>
        </w:trPr>
        <w:tc>
          <w:tcPr>
            <w:tcW w:w="10368" w:type="dxa"/>
            <w:shd w:val="clear" w:color="auto" w:fill="9B8AC4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2FC835E2" w14:textId="77777777" w:rsidR="00AA7921" w:rsidRDefault="000F053D">
            <w:pPr>
              <w:spacing w:after="0"/>
            </w:pPr>
            <w:r>
              <w:rPr>
                <w:b/>
                <w:color w:val="FFFFFF"/>
                <w:sz w:val="22"/>
              </w:rPr>
              <w:t>5. EVIDENCIAS Y TESTIGOS</w:t>
            </w:r>
          </w:p>
        </w:tc>
      </w:tr>
    </w:tbl>
    <w:p w14:paraId="43D4DEB4" w14:textId="77777777" w:rsidR="00AA7921" w:rsidRDefault="00AA7921">
      <w:pPr>
        <w:spacing w:after="20"/>
      </w:pPr>
    </w:p>
    <w:p w14:paraId="58707C00" w14:textId="77777777" w:rsidR="00AA7921" w:rsidRDefault="3EE0BBF3">
      <w:pPr>
        <w:spacing w:after="60"/>
      </w:pPr>
      <w:r w:rsidRPr="1D3003B8">
        <w:rPr>
          <w:b/>
          <w:bCs/>
          <w:sz w:val="19"/>
          <w:szCs w:val="19"/>
        </w:rPr>
        <w:t xml:space="preserve">¿Cuenta con documentos, correos, mensajes, fotografías, videos u otra evidencia?  </w:t>
      </w:r>
      <w:r w:rsidRPr="1D3003B8">
        <w:rPr>
          <w:rFonts w:ascii="DejaVu Sans" w:hAnsi="DejaVu Sans"/>
        </w:rPr>
        <w:t>☐ Sí    ☐ No</w:t>
      </w:r>
    </w:p>
    <w:p w14:paraId="6E51F951" w14:textId="77777777" w:rsidR="00AA7921" w:rsidRDefault="000F053D">
      <w:pPr>
        <w:spacing w:after="40"/>
      </w:pPr>
      <w:r>
        <w:rPr>
          <w:b/>
          <w:sz w:val="19"/>
        </w:rPr>
        <w:t>Describa o relacione la evidencia disponible: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  <w:gridCol w:w="82"/>
      </w:tblGrid>
      <w:tr w:rsidR="00AA7921" w14:paraId="18BE4968" w14:textId="77777777" w:rsidTr="1D3003B8">
        <w:trPr>
          <w:gridAfter w:val="1"/>
          <w:wAfter w:w="52" w:type="dxa"/>
          <w:cantSplit/>
          <w:jc w:val="center"/>
        </w:trPr>
        <w:tc>
          <w:tcPr>
            <w:tcW w:w="10368" w:type="dxa"/>
            <w:gridSpan w:val="2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59D69927" w14:textId="77777777" w:rsidR="00AA7921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14:paraId="0AF203F3" w14:textId="77777777" w:rsidTr="1D3003B8">
        <w:trPr>
          <w:gridAfter w:val="1"/>
          <w:wAfter w:w="52" w:type="dxa"/>
          <w:cantSplit/>
          <w:jc w:val="center"/>
        </w:trPr>
        <w:tc>
          <w:tcPr>
            <w:tcW w:w="10368" w:type="dxa"/>
            <w:gridSpan w:val="2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5712E542" w14:textId="77777777" w:rsidR="00AA7921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14:paraId="47990123" w14:textId="77777777" w:rsidTr="1D3003B8">
        <w:trPr>
          <w:gridAfter w:val="1"/>
          <w:wAfter w:w="52" w:type="dxa"/>
          <w:cantSplit/>
          <w:jc w:val="center"/>
        </w:trPr>
        <w:tc>
          <w:tcPr>
            <w:tcW w:w="10368" w:type="dxa"/>
            <w:gridSpan w:val="2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018E3522" w14:textId="77777777" w:rsidR="00AA7921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:rsidRPr="009757BA" w14:paraId="50230852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CD86DD" w14:textId="77777777" w:rsidR="00AA7921" w:rsidRPr="009757BA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9"/>
                <w:szCs w:val="19"/>
              </w:rPr>
              <w:t>Nombre(s) de posibles testigos</w:t>
            </w:r>
          </w:p>
        </w:tc>
        <w:tc>
          <w:tcPr>
            <w:tcW w:w="5184" w:type="dxa"/>
            <w:gridSpan w:val="2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BBA7DA" w14:textId="77777777" w:rsidR="00AA7921" w:rsidRPr="009757BA" w:rsidRDefault="00AA7921">
            <w:pPr>
              <w:spacing w:after="0"/>
            </w:pPr>
          </w:p>
        </w:tc>
      </w:tr>
      <w:tr w:rsidR="00AA7921" w:rsidRPr="009757BA" w14:paraId="13D12863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031F7B" w14:textId="77777777" w:rsidR="00AA7921" w:rsidRPr="009757BA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9"/>
                <w:szCs w:val="19"/>
              </w:rPr>
              <w:t>Datos de contacto, si se conocen</w:t>
            </w:r>
          </w:p>
        </w:tc>
        <w:tc>
          <w:tcPr>
            <w:tcW w:w="5184" w:type="dxa"/>
            <w:gridSpan w:val="2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DBAEE3" w14:textId="77777777" w:rsidR="00AA7921" w:rsidRPr="009757BA" w:rsidRDefault="00AA7921">
            <w:pPr>
              <w:spacing w:after="0"/>
            </w:pPr>
          </w:p>
        </w:tc>
      </w:tr>
      <w:tr w:rsidR="00AA7921" w14:paraId="5EE6CEAF" w14:textId="77777777" w:rsidTr="1D3003B8">
        <w:trPr>
          <w:gridAfter w:val="1"/>
          <w:wAfter w:w="82" w:type="dxa"/>
          <w:cantSplit/>
          <w:jc w:val="center"/>
        </w:trPr>
        <w:tc>
          <w:tcPr>
            <w:tcW w:w="10368" w:type="dxa"/>
            <w:gridSpan w:val="2"/>
            <w:shd w:val="clear" w:color="auto" w:fill="9B8AC4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5A07236C" w14:textId="77777777" w:rsidR="00AA7921" w:rsidRDefault="000F053D">
            <w:pPr>
              <w:spacing w:after="0"/>
            </w:pPr>
            <w:r>
              <w:rPr>
                <w:b/>
                <w:color w:val="FFFFFF"/>
                <w:sz w:val="22"/>
              </w:rPr>
              <w:t>6. ANTECEDENTES</w:t>
            </w:r>
          </w:p>
        </w:tc>
      </w:tr>
    </w:tbl>
    <w:p w14:paraId="5793F15B" w14:textId="77777777" w:rsidR="00AA7921" w:rsidRDefault="00AA792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56"/>
        <w:gridCol w:w="3240"/>
      </w:tblGrid>
      <w:tr w:rsidR="00AA7921" w14:paraId="5262D02A" w14:textId="77777777" w:rsidTr="1D3003B8">
        <w:trPr>
          <w:cantSplit/>
          <w:jc w:val="center"/>
        </w:trPr>
        <w:tc>
          <w:tcPr>
            <w:tcW w:w="7056" w:type="dxa"/>
            <w:tcBorders>
              <w:bottom w:val="single" w:sz="4" w:space="0" w:color="B7C3D0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619F0B78" w14:textId="77777777" w:rsidR="00AA7921" w:rsidRPr="009757BA" w:rsidRDefault="3EE0BBF3">
            <w:pPr>
              <w:spacing w:after="0"/>
            </w:pPr>
            <w:r w:rsidRPr="1D3003B8">
              <w:rPr>
                <w:b/>
                <w:bCs/>
                <w:sz w:val="19"/>
                <w:szCs w:val="19"/>
              </w:rPr>
              <w:t>¿Esta situación ha ocurrido anteriormente?</w:t>
            </w:r>
          </w:p>
        </w:tc>
        <w:tc>
          <w:tcPr>
            <w:tcW w:w="3240" w:type="dxa"/>
            <w:tcBorders>
              <w:bottom w:val="single" w:sz="4" w:space="0" w:color="B7C3D0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2D87EB83" w14:textId="77777777" w:rsidR="00AA7921" w:rsidRDefault="000F053D">
            <w:pPr>
              <w:spacing w:after="0"/>
              <w:jc w:val="center"/>
            </w:pPr>
            <w:r>
              <w:rPr>
                <w:rFonts w:ascii="DejaVu Sans" w:hAnsi="DejaVu Sans"/>
                <w:sz w:val="19"/>
              </w:rPr>
              <w:t>☐ Sí    ☐ No</w:t>
            </w:r>
          </w:p>
        </w:tc>
      </w:tr>
      <w:tr w:rsidR="00AA7921" w14:paraId="199483F9" w14:textId="77777777" w:rsidTr="1D3003B8">
        <w:trPr>
          <w:cantSplit/>
          <w:jc w:val="center"/>
        </w:trPr>
        <w:tc>
          <w:tcPr>
            <w:tcW w:w="7056" w:type="dxa"/>
            <w:tcBorders>
              <w:bottom w:val="single" w:sz="4" w:space="0" w:color="B7C3D0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33D8B15A" w14:textId="77777777" w:rsidR="00AA7921" w:rsidRDefault="000F053D">
            <w:pPr>
              <w:spacing w:after="0"/>
            </w:pPr>
            <w:r>
              <w:rPr>
                <w:b/>
                <w:sz w:val="19"/>
              </w:rPr>
              <w:t>¿Fue reportada previamente?</w:t>
            </w:r>
          </w:p>
        </w:tc>
        <w:tc>
          <w:tcPr>
            <w:tcW w:w="3240" w:type="dxa"/>
            <w:tcBorders>
              <w:bottom w:val="single" w:sz="4" w:space="0" w:color="B7C3D0"/>
            </w:tcBorders>
            <w:tcMar>
              <w:top w:w="95" w:type="dxa"/>
              <w:left w:w="110" w:type="dxa"/>
              <w:bottom w:w="95" w:type="dxa"/>
              <w:right w:w="110" w:type="dxa"/>
            </w:tcMar>
          </w:tcPr>
          <w:p w14:paraId="1B189839" w14:textId="77777777" w:rsidR="00AA7921" w:rsidRDefault="000F053D">
            <w:pPr>
              <w:spacing w:after="0"/>
              <w:jc w:val="center"/>
            </w:pPr>
            <w:r>
              <w:rPr>
                <w:rFonts w:ascii="DejaVu Sans" w:hAnsi="DejaVu Sans"/>
                <w:sz w:val="19"/>
              </w:rPr>
              <w:t>☐ Sí    ☐ No</w:t>
            </w:r>
          </w:p>
        </w:tc>
      </w:tr>
    </w:tbl>
    <w:p w14:paraId="7197A2F3" w14:textId="77777777" w:rsidR="00AA7921" w:rsidRPr="009757BA" w:rsidRDefault="3EE0BBF3">
      <w:pPr>
        <w:spacing w:after="40"/>
      </w:pPr>
      <w:r w:rsidRPr="1D3003B8">
        <w:rPr>
          <w:b/>
          <w:bCs/>
          <w:sz w:val="19"/>
          <w:szCs w:val="19"/>
        </w:rPr>
        <w:t>En caso afirmativo, indique cuándo, a quién y cualquier antecedente relevante: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AA7921" w:rsidRPr="009757BA" w14:paraId="4DFEE7E7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615326A8" w14:textId="77777777" w:rsidR="00AA7921" w:rsidRPr="009757BA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:rsidRPr="009757BA" w14:paraId="4D506331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7135FD6" w14:textId="77777777" w:rsidR="00AA7921" w:rsidRPr="009757BA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</w:tbl>
    <w:p w14:paraId="1FFA2F76" w14:textId="1F562411" w:rsidR="00AA7921" w:rsidRPr="009757BA" w:rsidRDefault="00AA792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AA7921" w:rsidRPr="009757BA" w14:paraId="5AA32DB0" w14:textId="77777777" w:rsidTr="1D3003B8">
        <w:trPr>
          <w:cantSplit/>
          <w:jc w:val="center"/>
        </w:trPr>
        <w:tc>
          <w:tcPr>
            <w:tcW w:w="10368" w:type="dxa"/>
            <w:shd w:val="clear" w:color="auto" w:fill="9B8AC4"/>
            <w:tcMar>
              <w:top w:w="85" w:type="dxa"/>
              <w:left w:w="130" w:type="dxa"/>
              <w:bottom w:w="85" w:type="dxa"/>
              <w:right w:w="130" w:type="dxa"/>
            </w:tcMar>
          </w:tcPr>
          <w:p w14:paraId="5BFB817B" w14:textId="77777777" w:rsidR="00AA7921" w:rsidRPr="009757BA" w:rsidRDefault="3EE0BBF3">
            <w:pPr>
              <w:spacing w:after="0"/>
            </w:pPr>
            <w:r w:rsidRPr="1D3003B8">
              <w:rPr>
                <w:b/>
                <w:bCs/>
                <w:color w:val="FFFFFF" w:themeColor="background1"/>
                <w:sz w:val="22"/>
                <w:szCs w:val="22"/>
              </w:rPr>
              <w:t>7. SEGUIMIENTO INTERNO - USO EXCLUSIVO DE LA EMPRESA</w:t>
            </w:r>
          </w:p>
        </w:tc>
      </w:tr>
    </w:tbl>
    <w:p w14:paraId="411CA941" w14:textId="77777777" w:rsidR="00AA7921" w:rsidRPr="009757BA" w:rsidRDefault="00AA792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A7921" w14:paraId="19DA8E52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96072C" w14:textId="77777777" w:rsidR="00AA7921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9"/>
                <w:szCs w:val="19"/>
              </w:rPr>
              <w:t>Responsable de revisión / investigación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9DCD52" w14:textId="77777777" w:rsidR="00AA7921" w:rsidRDefault="00AA7921">
            <w:pPr>
              <w:spacing w:after="0"/>
            </w:pPr>
          </w:p>
        </w:tc>
      </w:tr>
      <w:tr w:rsidR="00AA7921" w14:paraId="50933C2A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9296DC" w14:textId="77777777" w:rsidR="00AA7921" w:rsidRDefault="000F053D">
            <w:pPr>
              <w:spacing w:after="0"/>
            </w:pPr>
            <w:r>
              <w:rPr>
                <w:b/>
                <w:color w:val="9B8AC4"/>
                <w:sz w:val="19"/>
              </w:rPr>
              <w:t>Fecha de inicio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B2632B" w14:textId="77777777" w:rsidR="00AA7921" w:rsidRDefault="3EE0BBF3">
            <w:pPr>
              <w:spacing w:after="0"/>
            </w:pPr>
            <w:r w:rsidRPr="1D3003B8">
              <w:rPr>
                <w:color w:val="606A73"/>
                <w:sz w:val="20"/>
                <w:szCs w:val="20"/>
              </w:rPr>
              <w:t>____ / ____ / ______</w:t>
            </w:r>
          </w:p>
        </w:tc>
      </w:tr>
      <w:tr w:rsidR="00AA7921" w14:paraId="2F3166E0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780567" w14:textId="77777777" w:rsidR="00AA7921" w:rsidRDefault="000F053D">
            <w:pPr>
              <w:spacing w:after="0"/>
            </w:pPr>
            <w:r>
              <w:rPr>
                <w:b/>
                <w:color w:val="9B8AC4"/>
                <w:sz w:val="19"/>
              </w:rPr>
              <w:t>Clasificación final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741AB6" w14:textId="77777777" w:rsidR="00AA7921" w:rsidRDefault="00AA7921">
            <w:pPr>
              <w:spacing w:after="0"/>
            </w:pPr>
          </w:p>
        </w:tc>
      </w:tr>
      <w:tr w:rsidR="00AA7921" w14:paraId="5CB358CB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44600B" w14:textId="77777777" w:rsidR="00AA7921" w:rsidRDefault="000F053D">
            <w:pPr>
              <w:spacing w:after="0"/>
            </w:pPr>
            <w:r>
              <w:rPr>
                <w:b/>
                <w:color w:val="9B8AC4"/>
                <w:sz w:val="19"/>
              </w:rPr>
              <w:t>Número de expediente / referencia</w:t>
            </w:r>
          </w:p>
        </w:tc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25301A" w14:textId="77777777" w:rsidR="00AA7921" w:rsidRDefault="00AA7921">
            <w:pPr>
              <w:spacing w:after="0"/>
            </w:pPr>
          </w:p>
        </w:tc>
      </w:tr>
    </w:tbl>
    <w:p w14:paraId="67624D9E" w14:textId="77777777" w:rsidR="00AA7921" w:rsidRDefault="000F053D">
      <w:pPr>
        <w:spacing w:before="80" w:after="40"/>
      </w:pPr>
      <w:r>
        <w:rPr>
          <w:b/>
          <w:sz w:val="19"/>
        </w:rPr>
        <w:t>Estatus: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12"/>
      </w:tblGrid>
      <w:tr w:rsidR="00AA7921" w14:paraId="27A2AAEC" w14:textId="77777777">
        <w:trPr>
          <w:cantSplit/>
          <w:jc w:val="center"/>
        </w:trPr>
        <w:tc>
          <w:tcPr>
            <w:tcW w:w="5184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148997D" w14:textId="77777777" w:rsidR="00AA7921" w:rsidRDefault="000F053D">
            <w:pPr>
              <w:spacing w:after="0"/>
            </w:pPr>
            <w:r>
              <w:rPr>
                <w:rFonts w:ascii="DejaVu Sans" w:hAnsi="DejaVu Sans"/>
                <w:sz w:val="22"/>
              </w:rPr>
              <w:t xml:space="preserve">☐ </w:t>
            </w:r>
            <w:r>
              <w:rPr>
                <w:sz w:val="19"/>
              </w:rPr>
              <w:t>Recibida</w:t>
            </w:r>
          </w:p>
        </w:tc>
        <w:tc>
          <w:tcPr>
            <w:tcW w:w="5112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19352A40" w14:textId="77777777" w:rsidR="00AA7921" w:rsidRDefault="000F053D">
            <w:pPr>
              <w:spacing w:after="0"/>
            </w:pPr>
            <w:r>
              <w:rPr>
                <w:rFonts w:ascii="DejaVu Sans" w:hAnsi="DejaVu Sans"/>
                <w:sz w:val="22"/>
              </w:rPr>
              <w:t xml:space="preserve">☐ </w:t>
            </w:r>
            <w:r>
              <w:rPr>
                <w:sz w:val="19"/>
              </w:rPr>
              <w:t>En revisión</w:t>
            </w:r>
          </w:p>
        </w:tc>
      </w:tr>
      <w:tr w:rsidR="00AA7921" w14:paraId="00BB8CF4" w14:textId="77777777">
        <w:trPr>
          <w:cantSplit/>
          <w:jc w:val="center"/>
        </w:trPr>
        <w:tc>
          <w:tcPr>
            <w:tcW w:w="5184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683F920" w14:textId="77777777" w:rsidR="00AA7921" w:rsidRDefault="000F053D">
            <w:pPr>
              <w:spacing w:after="0"/>
            </w:pPr>
            <w:r>
              <w:rPr>
                <w:rFonts w:ascii="DejaVu Sans" w:hAnsi="DejaVu Sans"/>
                <w:sz w:val="22"/>
              </w:rPr>
              <w:t xml:space="preserve">☐ </w:t>
            </w:r>
            <w:r>
              <w:rPr>
                <w:sz w:val="19"/>
              </w:rPr>
              <w:t>En investigación</w:t>
            </w:r>
          </w:p>
        </w:tc>
        <w:tc>
          <w:tcPr>
            <w:tcW w:w="5112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2FF90EDA" w14:textId="77777777" w:rsidR="00AA7921" w:rsidRDefault="000F053D">
            <w:pPr>
              <w:spacing w:after="0"/>
            </w:pPr>
            <w:r>
              <w:rPr>
                <w:rFonts w:ascii="DejaVu Sans" w:hAnsi="DejaVu Sans"/>
                <w:sz w:val="22"/>
              </w:rPr>
              <w:t xml:space="preserve">☐ </w:t>
            </w:r>
            <w:r>
              <w:rPr>
                <w:sz w:val="19"/>
              </w:rPr>
              <w:t>Acciones definidas</w:t>
            </w:r>
          </w:p>
        </w:tc>
      </w:tr>
      <w:tr w:rsidR="00AA7921" w14:paraId="3356701F" w14:textId="77777777">
        <w:trPr>
          <w:cantSplit/>
          <w:jc w:val="center"/>
        </w:trPr>
        <w:tc>
          <w:tcPr>
            <w:tcW w:w="5184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361B1241" w14:textId="77777777" w:rsidR="00AA7921" w:rsidRDefault="000F053D">
            <w:pPr>
              <w:spacing w:after="0"/>
            </w:pPr>
            <w:r>
              <w:rPr>
                <w:rFonts w:ascii="DejaVu Sans" w:hAnsi="DejaVu Sans"/>
                <w:sz w:val="22"/>
              </w:rPr>
              <w:t xml:space="preserve">☐ </w:t>
            </w:r>
            <w:r>
              <w:rPr>
                <w:sz w:val="19"/>
              </w:rPr>
              <w:t>Concluida</w:t>
            </w:r>
          </w:p>
        </w:tc>
        <w:tc>
          <w:tcPr>
            <w:tcW w:w="5112" w:type="dxa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798287F" w14:textId="77777777" w:rsidR="00AA7921" w:rsidRDefault="000F053D">
            <w:pPr>
              <w:spacing w:after="0"/>
            </w:pPr>
            <w:r>
              <w:rPr>
                <w:rFonts w:ascii="DejaVu Sans" w:hAnsi="DejaVu Sans"/>
                <w:sz w:val="22"/>
              </w:rPr>
              <w:t xml:space="preserve">☐ </w:t>
            </w:r>
            <w:r>
              <w:rPr>
                <w:sz w:val="19"/>
              </w:rPr>
              <w:t>Cerrada</w:t>
            </w:r>
          </w:p>
        </w:tc>
      </w:tr>
    </w:tbl>
    <w:p w14:paraId="161822E4" w14:textId="77777777" w:rsidR="00AA7921" w:rsidRDefault="000F053D">
      <w:pPr>
        <w:spacing w:after="40"/>
      </w:pPr>
      <w:r>
        <w:rPr>
          <w:b/>
          <w:sz w:val="19"/>
        </w:rPr>
        <w:t>Acciones realizadas / hallazgos: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AA7921" w14:paraId="79284E1B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36FF3F33" w14:textId="77777777" w:rsidR="00AA7921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14:paraId="0CDD17DB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1A49660F" w14:textId="77777777" w:rsidR="00AA7921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14:paraId="3B06D280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18E8EE33" w14:textId="77777777" w:rsidR="00AA7921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</w:tbl>
    <w:p w14:paraId="0FC64647" w14:textId="77777777" w:rsidR="00AA7921" w:rsidRDefault="000F053D">
      <w:pPr>
        <w:spacing w:after="40"/>
      </w:pPr>
      <w:r>
        <w:rPr>
          <w:b/>
          <w:sz w:val="19"/>
        </w:rPr>
        <w:t>Resultado / conclusión: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AA7921" w14:paraId="6AF5D5C9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4482DA19" w14:textId="77777777" w:rsidR="00AA7921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14:paraId="3F971664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74175EA7" w14:textId="77777777" w:rsidR="00AA7921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14:paraId="7A8733A2" w14:textId="77777777" w:rsidTr="1D3003B8">
        <w:trPr>
          <w:cantSplit/>
          <w:jc w:val="center"/>
        </w:trPr>
        <w:tc>
          <w:tcPr>
            <w:tcW w:w="10368" w:type="dxa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2242DF8F" w14:textId="77777777" w:rsidR="00AA7921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</w:tbl>
    <w:p w14:paraId="2FD4C105" w14:textId="77777777" w:rsidR="00AA7921" w:rsidRPr="009757BA" w:rsidRDefault="3EE0BBF3">
      <w:pPr>
        <w:spacing w:after="40"/>
      </w:pPr>
      <w:r w:rsidRPr="1D3003B8">
        <w:rPr>
          <w:b/>
          <w:bCs/>
          <w:sz w:val="19"/>
          <w:szCs w:val="19"/>
        </w:rPr>
        <w:t>Medidas correctivas, disciplinarias o de seguimiento: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  <w:gridCol w:w="52"/>
      </w:tblGrid>
      <w:tr w:rsidR="00AA7921" w:rsidRPr="009757BA" w14:paraId="0EA392C4" w14:textId="77777777" w:rsidTr="1D3003B8">
        <w:trPr>
          <w:gridAfter w:val="1"/>
          <w:wAfter w:w="52" w:type="dxa"/>
          <w:cantSplit/>
          <w:jc w:val="center"/>
        </w:trPr>
        <w:tc>
          <w:tcPr>
            <w:tcW w:w="10368" w:type="dxa"/>
            <w:gridSpan w:val="2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0FFD9757" w14:textId="77777777" w:rsidR="00AA7921" w:rsidRPr="009757BA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:rsidRPr="009757BA" w14:paraId="66B2181F" w14:textId="77777777" w:rsidTr="1D3003B8">
        <w:trPr>
          <w:gridAfter w:val="1"/>
          <w:wAfter w:w="52" w:type="dxa"/>
          <w:cantSplit/>
          <w:jc w:val="center"/>
        </w:trPr>
        <w:tc>
          <w:tcPr>
            <w:tcW w:w="10368" w:type="dxa"/>
            <w:gridSpan w:val="2"/>
            <w:tcBorders>
              <w:bottom w:val="single" w:sz="4" w:space="0" w:color="B7C3D0"/>
            </w:tcBorders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3442187C" w14:textId="77777777" w:rsidR="00AA7921" w:rsidRPr="009757BA" w:rsidRDefault="3EE0BBF3">
            <w:pPr>
              <w:spacing w:after="0"/>
            </w:pPr>
            <w:r w:rsidRPr="1D3003B8">
              <w:rPr>
                <w:sz w:val="20"/>
                <w:szCs w:val="20"/>
              </w:rPr>
              <w:t xml:space="preserve"> </w:t>
            </w:r>
          </w:p>
        </w:tc>
      </w:tr>
      <w:tr w:rsidR="00AA7921" w14:paraId="2D689E17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545D9D" w14:textId="77777777" w:rsidR="00AA7921" w:rsidRDefault="3EE0BBF3">
            <w:pPr>
              <w:spacing w:after="0"/>
            </w:pPr>
            <w:r w:rsidRPr="1D3003B8">
              <w:rPr>
                <w:b/>
                <w:bCs/>
                <w:color w:val="9B8AC4"/>
                <w:sz w:val="19"/>
                <w:szCs w:val="19"/>
              </w:rPr>
              <w:t>Fecha de cierre</w:t>
            </w:r>
          </w:p>
        </w:tc>
        <w:tc>
          <w:tcPr>
            <w:tcW w:w="5184" w:type="dxa"/>
            <w:gridSpan w:val="2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982FA6" w14:textId="77777777" w:rsidR="00AA7921" w:rsidRDefault="3EE0BBF3">
            <w:pPr>
              <w:spacing w:after="0"/>
            </w:pPr>
            <w:r w:rsidRPr="1D3003B8">
              <w:rPr>
                <w:color w:val="606A73"/>
                <w:sz w:val="20"/>
                <w:szCs w:val="20"/>
              </w:rPr>
              <w:t>____ / ____ / ______</w:t>
            </w:r>
          </w:p>
        </w:tc>
      </w:tr>
      <w:tr w:rsidR="00AA7921" w14:paraId="53C865FC" w14:textId="77777777" w:rsidTr="1D3003B8">
        <w:trPr>
          <w:cantSplit/>
          <w:jc w:val="center"/>
        </w:trPr>
        <w:tc>
          <w:tcPr>
            <w:tcW w:w="5184" w:type="dxa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185A755" w14:textId="77777777" w:rsidR="00AA7921" w:rsidRDefault="000F053D">
            <w:pPr>
              <w:spacing w:after="0"/>
            </w:pPr>
            <w:r>
              <w:rPr>
                <w:b/>
                <w:color w:val="9B8AC4"/>
                <w:sz w:val="19"/>
              </w:rPr>
              <w:t>Responsable del cierre</w:t>
            </w:r>
          </w:p>
        </w:tc>
        <w:tc>
          <w:tcPr>
            <w:tcW w:w="5184" w:type="dxa"/>
            <w:gridSpan w:val="2"/>
            <w:tcBorders>
              <w:bottom w:val="single" w:sz="4" w:space="0" w:color="B7C3D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712C97" w14:textId="77777777" w:rsidR="00AA7921" w:rsidRDefault="00AA7921">
            <w:pPr>
              <w:spacing w:after="0"/>
            </w:pPr>
          </w:p>
        </w:tc>
      </w:tr>
    </w:tbl>
    <w:p w14:paraId="49FD592D" w14:textId="77777777" w:rsidR="00347B6B" w:rsidRDefault="00347B6B"/>
    <w:sectPr w:rsidR="00347B6B" w:rsidSect="00034616">
      <w:footerReference w:type="default" r:id="rId11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BCB4B" w14:textId="77777777" w:rsidR="00CD2EF5" w:rsidRDefault="00CD2EF5">
      <w:pPr>
        <w:spacing w:after="0" w:line="240" w:lineRule="auto"/>
      </w:pPr>
      <w:r>
        <w:separator/>
      </w:r>
    </w:p>
  </w:endnote>
  <w:endnote w:type="continuationSeparator" w:id="0">
    <w:p w14:paraId="03FB69B1" w14:textId="77777777" w:rsidR="00CD2EF5" w:rsidRDefault="00CD2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C2A11" w14:textId="77777777" w:rsidR="00AA7921" w:rsidRPr="009757BA" w:rsidRDefault="3EE0BBF3">
    <w:pPr>
      <w:pStyle w:val="Piedepgina"/>
      <w:jc w:val="center"/>
    </w:pPr>
    <w:r w:rsidRPr="1D3003B8">
      <w:rPr>
        <w:color w:val="7A858F"/>
        <w:sz w:val="16"/>
        <w:szCs w:val="16"/>
      </w:rPr>
      <w:t xml:space="preserve">Formato de Denuncia | Uso interno y confidencial    |    Página </w:t>
    </w:r>
    <w:r w:rsidR="000F053D">
      <w:fldChar w:fldCharType="begin"/>
    </w:r>
    <w:r w:rsidR="000F053D" w:rsidRPr="1D3003B8">
      <w:instrText>PAGE</w:instrText>
    </w:r>
    <w:r w:rsidR="000F053D">
      <w:fldChar w:fldCharType="separate"/>
    </w:r>
    <w:r>
      <w:t>1</w:t>
    </w:r>
    <w:r w:rsidR="000F053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70A79" w14:textId="77777777" w:rsidR="00CD2EF5" w:rsidRDefault="00CD2EF5">
      <w:pPr>
        <w:spacing w:after="0" w:line="240" w:lineRule="auto"/>
      </w:pPr>
      <w:r>
        <w:separator/>
      </w:r>
    </w:p>
  </w:footnote>
  <w:footnote w:type="continuationSeparator" w:id="0">
    <w:p w14:paraId="73E99A5C" w14:textId="77777777" w:rsidR="00CD2EF5" w:rsidRDefault="00CD2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8015339">
    <w:abstractNumId w:val="8"/>
  </w:num>
  <w:num w:numId="2" w16cid:durableId="1974671509">
    <w:abstractNumId w:val="6"/>
  </w:num>
  <w:num w:numId="3" w16cid:durableId="1155875701">
    <w:abstractNumId w:val="5"/>
  </w:num>
  <w:num w:numId="4" w16cid:durableId="56173969">
    <w:abstractNumId w:val="4"/>
  </w:num>
  <w:num w:numId="5" w16cid:durableId="750933289">
    <w:abstractNumId w:val="7"/>
  </w:num>
  <w:num w:numId="6" w16cid:durableId="509566778">
    <w:abstractNumId w:val="3"/>
  </w:num>
  <w:num w:numId="7" w16cid:durableId="1039427697">
    <w:abstractNumId w:val="2"/>
  </w:num>
  <w:num w:numId="8" w16cid:durableId="1914000480">
    <w:abstractNumId w:val="1"/>
  </w:num>
  <w:num w:numId="9" w16cid:durableId="348025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54EA"/>
    <w:rsid w:val="000F053D"/>
    <w:rsid w:val="00144239"/>
    <w:rsid w:val="00144E43"/>
    <w:rsid w:val="0015074B"/>
    <w:rsid w:val="0029639D"/>
    <w:rsid w:val="00317326"/>
    <w:rsid w:val="00326F90"/>
    <w:rsid w:val="00347B6B"/>
    <w:rsid w:val="004C02F5"/>
    <w:rsid w:val="005966F9"/>
    <w:rsid w:val="006B1101"/>
    <w:rsid w:val="009757BA"/>
    <w:rsid w:val="00A30678"/>
    <w:rsid w:val="00A77BE5"/>
    <w:rsid w:val="00AA1D8D"/>
    <w:rsid w:val="00AA7921"/>
    <w:rsid w:val="00B47730"/>
    <w:rsid w:val="00BD7A12"/>
    <w:rsid w:val="00CB0664"/>
    <w:rsid w:val="00CD2EF5"/>
    <w:rsid w:val="00ED6816"/>
    <w:rsid w:val="00FC0A8D"/>
    <w:rsid w:val="00FC693F"/>
    <w:rsid w:val="00FD7393"/>
    <w:rsid w:val="036B6441"/>
    <w:rsid w:val="1D3003B8"/>
    <w:rsid w:val="3EE0B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080E5E"/>
  <w14:defaultImageDpi w14:val="300"/>
  <w15:docId w15:val="{E2A956CD-329B-4C1C-B0D0-6D6CD59E4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1D3003B8"/>
    <w:pPr>
      <w:spacing w:after="80"/>
    </w:pPr>
    <w:rPr>
      <w:rFonts w:ascii="Aptos" w:hAnsi="Aptos"/>
      <w:color w:val="2F3A45"/>
      <w:sz w:val="21"/>
      <w:szCs w:val="21"/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1D3003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1D3003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1D3003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1D3003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1D3003B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1D3003B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1D3003B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1D3003B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1D3003B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1D3003B8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1D3003B8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1D3003B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1D3003B8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1D3003B8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1D3003B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1D3003B8"/>
    <w:pPr>
      <w:spacing w:after="120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1D3003B8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1D3003B8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1D3003B8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1D3003B8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1D3003B8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1D3003B8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1D3003B8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1D3003B8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1D3003B8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1D3003B8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1D3003B8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1D3003B8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1D3003B8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1D3003B8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1D3003B8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1D3003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55c074-59ed-4874-ade2-a76c4af27998">
      <Terms xmlns="http://schemas.microsoft.com/office/infopath/2007/PartnerControls"/>
    </lcf76f155ced4ddcb4097134ff3c332f>
    <Comentarios xmlns="c155c074-59ed-4874-ade2-a76c4af27998" xsi:nil="true"/>
    <Notas xmlns="c155c074-59ed-4874-ade2-a76c4af27998" xsi:nil="true"/>
    <TaxCatchAll xmlns="4e4db708-811e-4667-af2c-3b69fcdf7f4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611420C57A054DB40291B1B0FD94B3" ma:contentTypeVersion="18" ma:contentTypeDescription="Crear nuevo documento." ma:contentTypeScope="" ma:versionID="5d5ce735c6c84d47e55cce8970184624">
  <xsd:schema xmlns:xsd="http://www.w3.org/2001/XMLSchema" xmlns:xs="http://www.w3.org/2001/XMLSchema" xmlns:p="http://schemas.microsoft.com/office/2006/metadata/properties" xmlns:ns2="c155c074-59ed-4874-ade2-a76c4af27998" xmlns:ns3="4e4db708-811e-4667-af2c-3b69fcdf7f49" targetNamespace="http://schemas.microsoft.com/office/2006/metadata/properties" ma:root="true" ma:fieldsID="f5a7be0d1d29857994bc2b4b6fa7f152" ns2:_="" ns3:_="">
    <xsd:import namespace="c155c074-59ed-4874-ade2-a76c4af27998"/>
    <xsd:import namespace="4e4db708-811e-4667-af2c-3b69fcdf7f49"/>
    <xsd:element name="properties">
      <xsd:complexType>
        <xsd:sequence>
          <xsd:element name="documentManagement">
            <xsd:complexType>
              <xsd:all>
                <xsd:element ref="ns2:Comentario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Nota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5c074-59ed-4874-ade2-a76c4af27998" elementFormDefault="qualified">
    <xsd:import namespace="http://schemas.microsoft.com/office/2006/documentManagement/types"/>
    <xsd:import namespace="http://schemas.microsoft.com/office/infopath/2007/PartnerControls"/>
    <xsd:element name="Comentarios" ma:index="2" nillable="true" ma:displayName="Comentarios" ma:description="Acerca de las actualizaciones o autorizaciones del archivo" ma:format="Dropdown" ma:internalName="Comentarios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Notas" ma:index="12" nillable="true" ma:displayName="Notas" ma:description="Registrar notas relativas a la revisión, aprobación o modificaciones realizadas al archivo." ma:format="Dropdown" ma:hidden="true" ma:internalName="Notas" ma:readOnly="fals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88279da-903b-4c74-be2b-75385010b4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db708-811e-4667-af2c-3b69fcdf7f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60e1a8e-dcb2-4918-8f75-9f2fce723479}" ma:internalName="TaxCatchAll" ma:showField="CatchAllData" ma:web="4e4db708-811e-4667-af2c-3b69fcdf7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384917-D48C-4F20-B253-0110841909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7674A2-87AE-4F0C-AE3E-27C47ECED8D1}">
  <ds:schemaRefs>
    <ds:schemaRef ds:uri="http://schemas.microsoft.com/office/2006/metadata/properties"/>
    <ds:schemaRef ds:uri="http://schemas.microsoft.com/office/infopath/2007/PartnerControls"/>
    <ds:schemaRef ds:uri="c155c074-59ed-4874-ade2-a76c4af27998"/>
    <ds:schemaRef ds:uri="4e4db708-811e-4667-af2c-3b69fcdf7f49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99CDEA-77C5-4A0F-ACD9-91A055414E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5c074-59ed-4874-ade2-a76c4af27998"/>
    <ds:schemaRef ds:uri="4e4db708-811e-4667-af2c-3b69fcdf7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441</Words>
  <Characters>2610</Characters>
  <Application>Microsoft Office Word</Application>
  <DocSecurity>0</DocSecurity>
  <Lines>130</Lines>
  <Paragraphs>82</Paragraphs>
  <ScaleCrop>false</ScaleCrop>
  <Manager/>
  <Company/>
  <LinksUpToDate>false</LinksUpToDate>
  <CharactersWithSpaces>2969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Denuncia Empresarial</dc:title>
  <dc:subject>Formato para recepción y seguimiento de denuncias</dc:subject>
  <dc:creator/>
  <cp:keywords>denuncia, integridad, cumplimiento, ética</cp:keywords>
  <dc:description>generated by python-docx</dc:description>
  <cp:lastModifiedBy>Gabriel Noriega</cp:lastModifiedBy>
  <cp:revision>12</cp:revision>
  <dcterms:created xsi:type="dcterms:W3CDTF">2013-12-23T23:15:00Z</dcterms:created>
  <dcterms:modified xsi:type="dcterms:W3CDTF">2026-09-17T22:32:00Z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0x01010057611420C57A054DB40291B1B0FD94B3</vt:lpwstr>
  </property>
  <property fmtid="{D5CDD505-2E9C-101B-9397-08002B2CF9AE}" pid="3" name="MediaServiceImageTags">
    <vt:lpwstr/>
  </property>
</Properties>
</file>